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3969"/>
            <w:shd w:val="clear" w:fill="0b1a42"/>
            <w:tcMar>
              <w:top w:w="200" w:type="dxa"/>
              <w:bottom w:w="200" w:type="dxa"/>
              <w:start w:w="220" w:type="dxa"/>
              <w:end w:w="220" w:type="dxa"/>
            </w:tcMar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CONTACT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04 78 11 22 33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marie@boutique-demo.fr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Lyon (69002)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boutique-demo.fr</w:t>
            </w:r>
          </w:p>
          <w:p>
            <w:pPr>
              <w:spacing w:after="60" w:before="20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COMPÉTENCES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• Vente conseil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• Gestion de stock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• Merchandising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• Relation client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• Animation commerciale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• E-commerce (click and collect)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• Management d equipe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7"/>
              </w:rPr>
              <w:t>• Encaissement</w:t>
            </w:r>
          </w:p>
          <w:p>
            <w:pPr>
              <w:spacing w:after="60" w:before="20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LANGUES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>Francais</w:t>
            </w:r>
            <w:r>
              <w:rPr>
                <w:rFonts w:ascii="Calibri" w:hAnsi="Calibri"/>
                <w:b w:val="0"/>
                <w:color w:val="C7D2FE"/>
                <w:sz w:val="16"/>
              </w:rPr>
              <w:t xml:space="preserve">  Langue maternelle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>Anglais</w:t>
            </w:r>
            <w:r>
              <w:rPr>
                <w:rFonts w:ascii="Calibri" w:hAnsi="Calibri"/>
                <w:b w:val="0"/>
                <w:color w:val="C7D2FE"/>
                <w:sz w:val="16"/>
              </w:rPr>
              <w:t xml:space="preserve">  Courant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>Espagnol</w:t>
            </w:r>
            <w:r>
              <w:rPr>
                <w:rFonts w:ascii="Calibri" w:hAnsi="Calibri"/>
                <w:b w:val="0"/>
                <w:color w:val="C7D2FE"/>
                <w:sz w:val="16"/>
              </w:rPr>
              <w:t xml:space="preserve">  Notions</w:t>
            </w:r>
          </w:p>
          <w:p>
            <w:pPr>
              <w:spacing w:after="60" w:before="20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CERTIFICATIONS</w:t>
            </w:r>
          </w:p>
          <w:p>
            <w:pPr>
              <w:spacing w:after="60" w:before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>BTS Management des Unites Commerciales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 w:val="0"/>
                <w:color w:val="C7D2FE"/>
                <w:sz w:val="15"/>
              </w:rPr>
              <w:t>Education nationale · 2007</w:t>
            </w:r>
          </w:p>
        </w:tc>
        <w:tc>
          <w:tcPr>
            <w:tcW w:type="dxa" w:w="7937"/>
            <w:tcMar>
              <w:top w:w="260" w:type="dxa"/>
              <w:bottom w:w="200" w:type="dxa"/>
              <w:start w:w="300" w:type="dxa"/>
              <w:end w:w="300" w:type="dxa"/>
            </w:tcMar>
          </w:tcPr>
          <w:p>
            <w:r/>
            <w:r>
              <w:rPr>
                <w:rFonts w:ascii="Calibri" w:hAnsi="Calibri"/>
                <w:b/>
                <w:color w:val="1F2937"/>
                <w:sz w:val="44"/>
              </w:rPr>
              <w:t>Marie Lambert</w:t>
            </w:r>
          </w:p>
          <w:p>
            <w:pPr>
              <w:spacing w:after="120" w:before="0" w:line="252" w:lineRule="auto"/>
            </w:pPr>
            <w:r>
              <w:rPr>
                <w:rFonts w:ascii="Calibri" w:hAnsi="Calibri"/>
                <w:b/>
                <w:color w:val="2F5FE0"/>
                <w:sz w:val="24"/>
              </w:rPr>
              <w:t>Gerante de boutique</w:t>
            </w:r>
          </w:p>
          <w:p>
            <w:pPr>
              <w:spacing w:after="160" w:before="0" w:line="252" w:lineRule="auto"/>
              <w:jc w:val="both"/>
            </w:pPr>
            <w:r>
              <w:rPr>
                <w:rFonts w:ascii="Calibri" w:hAnsi="Calibri"/>
                <w:b w:val="0"/>
                <w:color w:val="555B66"/>
                <w:sz w:val="19"/>
              </w:rPr>
              <w:t>Gerante de commerce de proximite, quinze ans d experience dans la vente et la relation client. Passionnee par le conseil, le merchandising et la fidelisation, je developpe le chiffre d affaires tout en cultivant une experience client chaleureuse.</w:t>
            </w:r>
          </w:p>
          <w:p>
            <w:pPr>
              <w:spacing w:after="80" w:before="200" w:line="252" w:lineRule="auto"/>
              <w:pBdr>
                <w:bottom w:val="single" w:sz="6" w:space="2" w:color="D0D7E6"/>
              </w:pBdr>
            </w:pPr>
            <w:r>
              <w:rPr>
                <w:rFonts w:ascii="Calibri" w:hAnsi="Calibri"/>
                <w:b/>
                <w:color w:val="1F2937"/>
                <w:sz w:val="22"/>
              </w:rPr>
              <w:t>EXPÉRIENCES PROFESSIONNELLES</w:t>
            </w:r>
          </w:p>
          <w:p>
            <w:pPr>
              <w:spacing w:after="20" w:before="80" w:line="252" w:lineRule="auto"/>
            </w:pPr>
            <w:r>
              <w:rPr>
                <w:rFonts w:ascii="Calibri" w:hAnsi="Calibri"/>
                <w:b/>
                <w:color w:val="1F2937"/>
                <w:sz w:val="21"/>
              </w:rPr>
              <w:t>Gerante</w:t>
            </w:r>
            <w:r>
              <w:rPr>
                <w:rFonts w:ascii="Calibri" w:hAnsi="Calibri"/>
                <w:b w:val="0"/>
                <w:color w:val="555B66"/>
                <w:sz w:val="17"/>
              </w:rPr>
              <w:t xml:space="preserve">   2016 - présent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/>
                <w:color w:val="2F5FE0"/>
                <w:sz w:val="19"/>
              </w:rPr>
              <w:t>Boutique Demo, Lyon</w:t>
            </w:r>
          </w:p>
          <w:p>
            <w:pPr>
              <w:spacing w:after="80" w:before="0" w:line="252" w:lineRule="auto"/>
              <w:jc w:val="both"/>
            </w:pPr>
            <w:r>
              <w:rPr>
                <w:rFonts w:ascii="Calibri" w:hAnsi="Calibri"/>
                <w:b w:val="0"/>
                <w:color w:val="555B66"/>
                <w:sz w:val="18"/>
              </w:rPr>
              <w:t>Gestion complete d un commerce de proximite : achats, merchandising, encadrement d une equipe de 3 personnes, developpement du click and collect et fidelisation. Croissance du chiffre d affaires de 25% en 3 ans.</w:t>
            </w:r>
          </w:p>
          <w:p>
            <w:pPr>
              <w:spacing w:after="20" w:before="80" w:line="252" w:lineRule="auto"/>
            </w:pPr>
            <w:r>
              <w:rPr>
                <w:rFonts w:ascii="Calibri" w:hAnsi="Calibri"/>
                <w:b/>
                <w:color w:val="1F2937"/>
                <w:sz w:val="21"/>
              </w:rPr>
              <w:t>Responsable de rayon</w:t>
            </w:r>
            <w:r>
              <w:rPr>
                <w:rFonts w:ascii="Calibri" w:hAnsi="Calibri"/>
                <w:b w:val="0"/>
                <w:color w:val="555B66"/>
                <w:sz w:val="17"/>
              </w:rPr>
              <w:t xml:space="preserve">   2010 - 2016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/>
                <w:color w:val="2F5FE0"/>
                <w:sz w:val="19"/>
              </w:rPr>
              <w:t>Grande enseigne, Lyon</w:t>
            </w:r>
          </w:p>
          <w:p>
            <w:pPr>
              <w:spacing w:after="80" w:before="0" w:line="252" w:lineRule="auto"/>
              <w:jc w:val="both"/>
            </w:pPr>
            <w:r>
              <w:rPr>
                <w:rFonts w:ascii="Calibri" w:hAnsi="Calibri"/>
                <w:b w:val="0"/>
                <w:color w:val="555B66"/>
                <w:sz w:val="18"/>
              </w:rPr>
              <w:t>Gestion des stocks, implantation, animation commerciale et management d une equipe de vendeurs.</w:t>
            </w:r>
          </w:p>
          <w:p>
            <w:pPr>
              <w:spacing w:after="20" w:before="80" w:line="252" w:lineRule="auto"/>
            </w:pPr>
            <w:r>
              <w:rPr>
                <w:rFonts w:ascii="Calibri" w:hAnsi="Calibri"/>
                <w:b/>
                <w:color w:val="1F2937"/>
                <w:sz w:val="21"/>
              </w:rPr>
              <w:t>Vendeuse conseil</w:t>
            </w:r>
            <w:r>
              <w:rPr>
                <w:rFonts w:ascii="Calibri" w:hAnsi="Calibri"/>
                <w:b w:val="0"/>
                <w:color w:val="555B66"/>
                <w:sz w:val="17"/>
              </w:rPr>
              <w:t xml:space="preserve">   2007 - 2010</w:t>
            </w:r>
          </w:p>
          <w:p>
            <w:pPr>
              <w:spacing w:after="40" w:before="0" w:line="252" w:lineRule="auto"/>
            </w:pPr>
            <w:r>
              <w:rPr>
                <w:rFonts w:ascii="Calibri" w:hAnsi="Calibri"/>
                <w:b/>
                <w:color w:val="2F5FE0"/>
                <w:sz w:val="19"/>
              </w:rPr>
              <w:t>Boutique mode, Lyon</w:t>
            </w:r>
          </w:p>
          <w:p>
            <w:pPr>
              <w:spacing w:after="80" w:before="0" w:line="252" w:lineRule="auto"/>
              <w:jc w:val="both"/>
            </w:pPr>
            <w:r>
              <w:rPr>
                <w:rFonts w:ascii="Calibri" w:hAnsi="Calibri"/>
                <w:b w:val="0"/>
                <w:color w:val="555B66"/>
                <w:sz w:val="18"/>
              </w:rPr>
              <w:t>Conseil client, vente, encaissement et mise en valeur des collections.</w:t>
            </w:r>
          </w:p>
          <w:p>
            <w:pPr>
              <w:spacing w:after="80" w:before="200" w:line="252" w:lineRule="auto"/>
              <w:pBdr>
                <w:bottom w:val="single" w:sz="6" w:space="2" w:color="D0D7E6"/>
              </w:pBdr>
            </w:pPr>
            <w:r>
              <w:rPr>
                <w:rFonts w:ascii="Calibri" w:hAnsi="Calibri"/>
                <w:b/>
                <w:color w:val="1F2937"/>
                <w:sz w:val="22"/>
              </w:rPr>
              <w:t>FORMATION</w:t>
            </w:r>
          </w:p>
          <w:p>
            <w:pPr>
              <w:spacing w:after="20" w:before="60" w:line="252" w:lineRule="auto"/>
            </w:pPr>
            <w:r>
              <w:rPr>
                <w:rFonts w:ascii="Calibri" w:hAnsi="Calibri"/>
                <w:b/>
                <w:color w:val="1F2937"/>
                <w:sz w:val="20"/>
              </w:rPr>
              <w:t>BTS Management des Unites Commerciales</w:t>
            </w:r>
            <w:r>
              <w:rPr>
                <w:rFonts w:ascii="Calibri" w:hAnsi="Calibri"/>
                <w:b w:val="0"/>
                <w:color w:val="555B66"/>
                <w:sz w:val="17"/>
              </w:rPr>
              <w:t xml:space="preserve">   2005 - 2007</w:t>
            </w:r>
          </w:p>
          <w:p>
            <w:pPr>
              <w:spacing w:after="60" w:before="0" w:line="252" w:lineRule="auto"/>
            </w:pPr>
            <w:r>
              <w:rPr>
                <w:rFonts w:ascii="Calibri" w:hAnsi="Calibri"/>
                <w:b w:val="0"/>
                <w:color w:val="555B66"/>
                <w:sz w:val="18"/>
              </w:rPr>
              <w:t>Lycee La Martiniere</w:t>
            </w:r>
          </w:p>
          <w:p>
            <w:pPr>
              <w:spacing w:after="20" w:before="60" w:line="252" w:lineRule="auto"/>
            </w:pPr>
            <w:r>
              <w:rPr>
                <w:rFonts w:ascii="Calibri" w:hAnsi="Calibri"/>
                <w:b/>
                <w:color w:val="1F2937"/>
                <w:sz w:val="20"/>
              </w:rPr>
              <w:t>Bac professionnel Commerce</w:t>
            </w:r>
            <w:r>
              <w:rPr>
                <w:rFonts w:ascii="Calibri" w:hAnsi="Calibri"/>
                <w:b w:val="0"/>
                <w:color w:val="555B66"/>
                <w:sz w:val="17"/>
              </w:rPr>
              <w:t xml:space="preserve">   2002 - 2005</w:t>
            </w:r>
          </w:p>
          <w:p>
            <w:pPr>
              <w:spacing w:after="60" w:before="0" w:line="252" w:lineRule="auto"/>
            </w:pPr>
            <w:r>
              <w:rPr>
                <w:rFonts w:ascii="Calibri" w:hAnsi="Calibri"/>
                <w:b w:val="0"/>
                <w:color w:val="555B66"/>
                <w:sz w:val="18"/>
              </w:rPr>
              <w:t>Lycee professionnel Lyon</w:t>
            </w:r>
          </w:p>
        </w:tc>
      </w:tr>
    </w:tbl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